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Tilia Homes</w:t>
        <w:br/>
        <w:t>Sales Executive - New Homes Role Profile</w:t>
      </w:r>
    </w:p>
    <w:p>
      <w:r>
        <w:rPr>
          <w:b/>
        </w:rPr>
        <w:t>Overview</w:t>
        <w:br/>
      </w:r>
      <w:r>
        <w:t>The Sales Executive is responsible for delivering an exceptional customer experience and guiding purchasers through the new homes buying journey from initial enquiry through to legal completion.</w:t>
      </w:r>
    </w:p>
    <w:p>
      <w:pPr>
        <w:pStyle w:val="Heading1"/>
      </w:pPr>
      <w:r>
        <w:t>Key Responsibilities</w:t>
      </w:r>
    </w:p>
    <w:p>
      <w:pPr>
        <w:pStyle w:val="ListBullet"/>
      </w:pPr>
      <w:r>
        <w:t>Present show homes and sales areas to the highest standard.</w:t>
      </w:r>
    </w:p>
    <w:p>
      <w:pPr>
        <w:pStyle w:val="ListBullet"/>
      </w:pPr>
      <w:r>
        <w:t>Qualify potential purchasers and manage the sales process.</w:t>
      </w:r>
    </w:p>
    <w:p>
      <w:pPr>
        <w:pStyle w:val="ListBullet"/>
      </w:pPr>
      <w:r>
        <w:t>Support customers through reservation, mortgage and legal stages.</w:t>
      </w:r>
    </w:p>
    <w:p>
      <w:pPr>
        <w:pStyle w:val="ListBullet"/>
      </w:pPr>
      <w:r>
        <w:t>Build strong relationships with customers and external partners.</w:t>
      </w:r>
    </w:p>
    <w:p>
      <w:pPr>
        <w:pStyle w:val="ListBullet"/>
      </w:pPr>
      <w:r>
        <w:t>Maintain accurate sales administration and records.</w:t>
      </w:r>
    </w:p>
    <w:p>
      <w:pPr>
        <w:pStyle w:val="ListBullet"/>
      </w:pPr>
      <w:r>
        <w:t>Ensure compliance with health and safety requirements.</w:t>
      </w:r>
    </w:p>
    <w:p>
      <w:pPr>
        <w:pStyle w:val="ListBullet"/>
      </w:pPr>
      <w:r>
        <w:t>Work towards sales targets and customer satisfaction objectives.</w:t>
      </w:r>
    </w:p>
    <w:p>
      <w:pPr>
        <w:pStyle w:val="Heading1"/>
      </w:pPr>
      <w:r>
        <w:t>Skills &amp; Experience</w:t>
      </w:r>
    </w:p>
    <w:p>
      <w:pPr>
        <w:pStyle w:val="ListBullet"/>
      </w:pPr>
      <w:r>
        <w:t>Previous sales experience, ideally within new homes or property sales.</w:t>
      </w:r>
    </w:p>
    <w:p>
      <w:pPr>
        <w:pStyle w:val="ListBullet"/>
      </w:pPr>
      <w:r>
        <w:t>Excellent communication and negotiation skills.</w:t>
      </w:r>
    </w:p>
    <w:p>
      <w:pPr>
        <w:pStyle w:val="ListBullet"/>
      </w:pPr>
      <w:r>
        <w:t>Knowledge of the home-buying and conveyancing process.</w:t>
      </w:r>
    </w:p>
    <w:p>
      <w:pPr>
        <w:pStyle w:val="ListBullet"/>
      </w:pPr>
      <w:r>
        <w:t>Understanding of mortgage and affordability requirements.</w:t>
      </w:r>
    </w:p>
    <w:p>
      <w:pPr>
        <w:pStyle w:val="ListBullet"/>
      </w:pPr>
      <w:r>
        <w:t>Strong organisational and IT skills including Microsoft Office.</w:t>
      </w:r>
    </w:p>
    <w:p>
      <w:pPr>
        <w:pStyle w:val="ListBullet"/>
      </w:pPr>
      <w:r>
        <w:t>Full UK driving licence.</w:t>
      </w:r>
    </w:p>
    <w:p>
      <w:pPr>
        <w:pStyle w:val="Heading1"/>
      </w:pPr>
      <w:r>
        <w:t>Key Behaviours</w:t>
      </w:r>
    </w:p>
    <w:p>
      <w:pPr>
        <w:pStyle w:val="ListBullet"/>
      </w:pPr>
      <w:r>
        <w:t>Customer focused</w:t>
      </w:r>
    </w:p>
    <w:p>
      <w:pPr>
        <w:pStyle w:val="ListBullet"/>
      </w:pPr>
      <w:r>
        <w:t>Results driven</w:t>
      </w:r>
    </w:p>
    <w:p>
      <w:pPr>
        <w:pStyle w:val="ListBullet"/>
      </w:pPr>
      <w:r>
        <w:t>Professional and proactive</w:t>
      </w:r>
    </w:p>
    <w:p>
      <w:pPr>
        <w:pStyle w:val="ListBullet"/>
      </w:pPr>
      <w:r>
        <w:t>Team player</w:t>
      </w:r>
    </w:p>
    <w:p>
      <w:pPr>
        <w:pStyle w:val="ListBullet"/>
      </w:pPr>
      <w:r>
        <w:t>Attention to detail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Anson, Charlie</dc:creator>
  <keywords/>
  <dc:description>generated by python-docx</dc:description>
  <lastModifiedBy>Anson, Charlie</lastModifiedBy>
  <revision>1</revision>
  <dcterms:created xsi:type="dcterms:W3CDTF">2026-09-23T12:40:18.8387551Z</dcterms:created>
  <dcterms:modified xsi:type="dcterms:W3CDTF">2026-09-23T12:40:18.8387551Z</dcterms:modified>
  <category/>
</coreProperties>
</file>